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לומדים עברית בשירים – 20 יחידות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היכרות והצגה עצמית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מילות פתיחה, פרידה ותחושות בעברית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תבניות היכרות בסיסיות (אני, מאיפה אתה/את, מה שלומך)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שהפנייה בעברית משתנה לפי מין המדבר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בחירה - אוצר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שלום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מעולה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להתראות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עולם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נעים מאוד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התאמה - מילה ומשמעות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ה (ברכה כשפוגשים או נפרדים)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(מי שלומד בבית ספר)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(מי שמלמד בבית ספר)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(כדור הארץ וכל המדינות)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ו (מרגיש טוב מאוד)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 – ג (לא רע ולא טוב)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משפטים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שמי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מאוד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שלומך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תודה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לבן אומרים שלומך בהגייה אחת, לבת בהגייה אחרת, למרות שהכתיב זהה.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שלום משמש גם כשפוגשים וגם כשנפרדים.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מעולה היא תחושה חיובית מאוד, ככה-ככה היא תחושה ניטרלית.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זו אותה מילה בשני מינים דקדוקיים שונים.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סאלאם היא מילת ברכה שמשמעותה שלום, לא להתראות.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כותבים ויוצרים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התלמיד/ה כולל/ת שם, מקור, ושלושה פרטים אישיים במשפטים שלמים ותקינים בעברית.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שתי מילות אוצר מילים נכונות מהיחידה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המילה שלומך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הסבר שמבדיל בין תחושה חיובית לתחושה ניטרלית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להתחיל בהשמעת אחד השירים ואז לעבור לדף התרגול.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לתרגל בעל פה את ההבדל בהגייה בין פנייה לבן לפנייה לבת לפני הכתיבה.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לקראת הסיום אפשר לבקש מכמה תלמידים ותלמידות להקריא את כרטיס ההיכרות שכתבו.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לומדים עברית בשירים – 20 יחידות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היכרות והצגה עצמית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לומדים מילים פשוטות: שלום, שם, מאיפה אני, ומה שלומי. המילים האלה עוזרות להכיר אנשים חדשים.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שלום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ברכה שאומרים כשפוגשים או נפרדים ממישהו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תלמיד / תלמידה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 שלומד בבית ספר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מורה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 שמלמד בבית ספר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עולם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כדור הארץ וכל המדינות בו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נעים מאוד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אומרים כשמכירים מישהו בפעם הראשונה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מעולה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מרגיש טוב מאוד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ככה-ככה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לא רע ולא טוב, באמצע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להתראות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אומרים כשנפרדים ממישהו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בחירה - אוצר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איזו מילה אומרים כשפוגשים מישהו?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שלום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להתראות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מעולה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ככה-ככה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איזו מילה אומרת שמרגישים טוב מאוד?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ככה-ככה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מעולה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עולם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נעים מאוד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איזו מילה אומרים כשנפרדים?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שלום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נעים מאוד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להתראות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תלמיד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איזו מילה מתארת את כל המדינות יחד?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מורה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עולם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תלמידה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שלום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אומרים אחרי שמכירים מישהו חדש?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ככה-ככה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נעים מאוד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להתראות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עולם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התאמה - מילה ומשמעות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שלום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מי שלומד בבית ספר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תלמיד / תלמידה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כדור הארץ וכל המדינות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מורה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לא רע ולא טוב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עולם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מי שמלמד בבית ספר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מעולה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ברכה כשפוגשים או נפרדים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6. ככה-ככה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ו. מרגיש טוב מאוד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משפטים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__________ דנה. נעים מאוד!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נעים __________!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מאיפה __________? אני מצרפת.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מה __________? מעולה!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מה שלומך? טוב, __________!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בעברית המילה "שלומך" נכתבת אותו דבר אבל נהגית אחרת לבן ולבת.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המילה "שלום" משמשת רק כשנפרדים.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"מעולה" ו"ככה-ככה" הן שתי תחושות הפוכות.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"תלמיד" ו"תלמידה" הן אותה מילה בלשון זכר ונקבה.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במילה "סאלאם" הכוונה היא להתראות.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כותבים ויוצרים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כרטיס היכרות קצר: מה שמכם, מאיפה אתם, ושלושה דברים עליכם.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כתבו שתי מילים חדשות שלמדתם היום.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השלימו: מה ___?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ההבדל בין "מעולה" ל"ככה-ככה"?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היכרות והצגה עצמית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